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Focused evidence-request letter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Use this letter to ask the landlord, manager or other record-holder for specific documents tied to identified service-charge questions.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You can name the charge, accounting period and records needed, and want a clear written request and audit trail.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use it as a generic demand for ‘all records’, as an FTT application, or as a substitute for a statutory section 21/22 request where that route is intended.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recipient’s correct name and correspondence or service address.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Any deadline, delivery requirement or statutory route that applies to this letter.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lease, demand, accounts and correspondence that identify the charge.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 list of the exact invoices, contracts, payment records or explanations required.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Put one request in each numbered row and explain the question it should answer.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Choose a realistic response date and record how the letter was sent.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6.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 request: ‘Please provide invoice 47 for roof works in the 2024 accounts. It is needed to verify the £1,240 cost and the work described.’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Recipient: the correct name and address have been checked and the response date is reasonable.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Attachments: every document mentioned is enclosed or identified accurately.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Sending record: retain the exact signed copy, attachments and proof of delivery.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Leasehold service charges guidance: https://www.gov.uk/leasehold-property/service-charges-and-other-expenses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Landlord and Tenant Act 1985, sections 21–22: https://www.legislation.gov.uk/ukpga/1985/70/contents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pStyle w:val="Title"/>
      </w:pPr>
      <w:r>
        <w:t>Request for service-charge information and documents</w:t>
      </w:r>
    </w:p>
    <w:p>
      <w:r>
        <w:rPr>
          <w:shd w:fill="FFF2CC"/>
        </w:rPr>
        <w:t>From: [ENTER FULL NAME AND CORRESPONDENCE ADDRESS]</w:t>
      </w:r>
    </w:p>
    <w:p>
      <w:r>
        <w:rPr>
          <w:shd w:fill="FFF2CC"/>
        </w:rPr>
        <w:t>To: [ENTER LANDLORD / MANAGER NAME AND ADDRESS]</w:t>
      </w:r>
    </w:p>
    <w:p>
      <w:r>
        <w:rPr>
          <w:shd w:fill="FFF2CC"/>
        </w:rPr>
        <w:t>Date: [ENTER DATE]</w:t>
      </w:r>
    </w:p>
    <w:p>
      <w:r>
        <w:rPr>
          <w:shd w:fill="FFF2CC"/>
        </w:rPr>
        <w:t>Property and account: [ENTER PROPERTY / ACCOUNT REFERENCE]</w:t>
      </w:r>
    </w:p>
    <w:p>
      <w:r>
        <w:rPr>
          <w:shd w:fill="FFF2CC"/>
        </w:rPr>
        <w:t>Accounting period: [ENTER PERIOD]</w:t>
      </w:r>
    </w:p>
    <w:p>
      <w:r>
        <w:rPr>
          <w:shd w:fill="FFF2CC"/>
        </w:rPr>
        <w:t>Dear [ENTER NAME OR ROLE],</w:t>
      </w:r>
    </w:p>
    <w:p>
      <w:pPr>
        <w:pStyle w:val="Heading1"/>
      </w:pPr>
      <w:r>
        <w:t>Why I am writing</w:t>
      </w:r>
    </w:p>
    <w:p>
      <w:r>
        <w:rPr>
          <w:shd w:fill="FFF2CC"/>
        </w:rPr>
        <w:t>I am reviewing the service charges for [ENTER PERIOD / DEMAND]. This request concerns [ENTER SHORT DESCRIPTION OF CHARGE OR ISSUE]. I reserve my position while the requested information is reviewed.</w:t>
      </w:r>
    </w:p>
    <w:p>
      <w:pPr>
        <w:pStyle w:val="Heading1"/>
      </w:pPr>
      <w:r>
        <w:t>Documents and information requested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4252"/>
        <w:gridCol w:w="4252"/>
      </w:tblGrid>
      <w:tr>
        <w:trPr>
          <w:tblHeader w:val="true"/>
          <w:cantSplit/>
        </w:trPr>
        <w:tc>
          <w:tcPr>
            <w:tcW w:type="dxa" w:w="62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No.</w:t>
            </w:r>
          </w:p>
        </w:tc>
        <w:tc>
          <w:tcPr>
            <w:tcW w:type="dxa" w:w="4252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Please provide</w:t>
            </w:r>
          </w:p>
        </w:tc>
        <w:tc>
          <w:tcPr>
            <w:tcW w:type="dxa" w:w="4252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Question the record should answer</w:t>
            </w:r>
          </w:p>
        </w:tc>
      </w:tr>
      <w:tr>
        <w:trPr>
          <w:cantSplit/>
        </w:trPr>
        <w:tc>
          <w:tcPr>
            <w:tcW w:type="dxa" w:w="62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PRECISE DOCUMENT, DATE AND REFERENCE]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WHY IT IS NEEDED]</w:t>
            </w:r>
          </w:p>
        </w:tc>
      </w:tr>
      <w:tr>
        <w:trPr>
          <w:cantSplit/>
        </w:trPr>
        <w:tc>
          <w:tcPr>
            <w:tcW w:type="dxa" w:w="62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PRECISE DOCUMENT, DATE AND REFERENCE]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WHY IT IS NEEDED]</w:t>
            </w:r>
          </w:p>
        </w:tc>
      </w:tr>
      <w:tr>
        <w:trPr>
          <w:cantSplit/>
        </w:trPr>
        <w:tc>
          <w:tcPr>
            <w:tcW w:type="dxa" w:w="62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[DELETE IF NOT APPLICABLE — ADD OR REMOVE ROWS]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WHY IT IS NEEDED]</w:t>
            </w:r>
          </w:p>
        </w:tc>
      </w:tr>
    </w:tbl>
    <w:p/>
    <w:p>
      <w:pPr>
        <w:pStyle w:val="Heading1"/>
      </w:pPr>
      <w:r>
        <w:t>Response and format</w:t>
      </w:r>
    </w:p>
    <w:p>
      <w:r>
        <w:rPr>
          <w:shd w:fill="FFF2CC"/>
        </w:rPr>
        <w:t>Please provide the records electronically in readable form by [ENTER DATE]. If a record is not held or cannot be provided, please identify it and explain why. Please preserve the original file names and dates where possible.</w:t>
      </w:r>
    </w:p>
    <w:p>
      <w:pPr>
        <w:pStyle w:val="Heading1"/>
      </w:pPr>
      <w:r>
        <w:t>Contact</w:t>
      </w:r>
    </w:p>
    <w:p>
      <w:r>
        <w:rPr>
          <w:shd w:fill="FFF2CC"/>
        </w:rPr>
        <w:t>Please send the response to [ENTER EMAIL / POSTAL ADDRESS USED FOR THIS CASE].</w:t>
      </w:r>
    </w:p>
    <w:p>
      <w:r>
        <w:t>Yours sincerely,</w:t>
      </w:r>
    </w:p>
    <w:p>
      <w:r>
        <w:rPr>
          <w:shd w:fill="FFF2CC"/>
        </w:rPr>
        <w:t>[ENTER NAME]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Focused evidence-request letter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